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8D5" w:rsidRDefault="008858D5">
      <w:pPr>
        <w:spacing w:after="40"/>
        <w:jc w:val="center"/>
        <w:rPr>
          <w:b/>
          <w:sz w:val="40"/>
        </w:rPr>
      </w:pPr>
    </w:p>
    <w:p w:rsidR="00DE02FA" w:rsidRDefault="00DA3EBA">
      <w:pPr>
        <w:spacing w:after="40"/>
        <w:jc w:val="center"/>
      </w:pPr>
      <w:r>
        <w:rPr>
          <w:b/>
          <w:sz w:val="40"/>
        </w:rPr>
        <w:t>FACE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DE02FA" w:rsidTr="008858D5">
        <w:trPr>
          <w:trHeight w:hRule="exact" w:val="4534"/>
          <w:jc w:val="center"/>
        </w:trPr>
        <w:tc>
          <w:tcPr>
            <w:tcW w:w="96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:rsidR="003A1423" w:rsidRPr="003A1423" w:rsidRDefault="003A1423" w:rsidP="003A1423">
            <w:pPr>
              <w:spacing w:before="20" w:after="60"/>
              <w:jc w:val="center"/>
              <w:rPr>
                <w:b/>
                <w:bCs/>
                <w:i/>
              </w:rPr>
            </w:pPr>
            <w:r w:rsidRPr="003A1423">
              <w:rPr>
                <w:b/>
                <w:bCs/>
                <w:i/>
              </w:rPr>
              <w:t>See yourself already there.</w:t>
            </w:r>
          </w:p>
          <w:p w:rsidR="003A1423" w:rsidRDefault="003A1423" w:rsidP="003A1423">
            <w:pPr>
              <w:jc w:val="center"/>
              <w:rPr>
                <w:b/>
                <w:sz w:val="24"/>
              </w:rPr>
            </w:pPr>
          </w:p>
          <w:p w:rsidR="003A1423" w:rsidRDefault="00DA3EBA" w:rsidP="003A1423">
            <w:pPr>
              <w:jc w:val="center"/>
              <w:rPr>
                <w:rStyle w:val="Strong"/>
              </w:rPr>
            </w:pPr>
            <w:r>
              <w:rPr>
                <w:b/>
                <w:sz w:val="24"/>
              </w:rPr>
              <w:t>[</w:t>
            </w:r>
            <w:r w:rsidR="003A1423">
              <w:rPr>
                <w:rStyle w:val="Strong"/>
              </w:rPr>
              <w:t xml:space="preserve">Create a picture or collage by placing yourself in </w:t>
            </w:r>
          </w:p>
          <w:p w:rsidR="00DE02FA" w:rsidRDefault="003A1423" w:rsidP="003A1423">
            <w:pPr>
              <w:jc w:val="center"/>
            </w:pPr>
            <w:proofErr w:type="gramStart"/>
            <w:r>
              <w:rPr>
                <w:rStyle w:val="Strong"/>
              </w:rPr>
              <w:t>the</w:t>
            </w:r>
            <w:proofErr w:type="gramEnd"/>
            <w:r>
              <w:rPr>
                <w:rStyle w:val="Strong"/>
              </w:rPr>
              <w:t xml:space="preserve"> scene where you're already living your goal.</w:t>
            </w:r>
            <w:r w:rsidR="00DA3EBA">
              <w:rPr>
                <w:b/>
                <w:sz w:val="24"/>
              </w:rPr>
              <w:t>]</w:t>
            </w:r>
          </w:p>
        </w:tc>
      </w:tr>
    </w:tbl>
    <w:p w:rsidR="008858D5" w:rsidRDefault="008858D5" w:rsidP="008858D5">
      <w:pPr>
        <w:spacing w:before="20" w:after="60"/>
        <w:jc w:val="center"/>
        <w:rPr>
          <w:i/>
        </w:rPr>
      </w:pPr>
    </w:p>
    <w:p w:rsidR="008858D5" w:rsidRDefault="008858D5" w:rsidP="008858D5">
      <w:pPr>
        <w:spacing w:before="20" w:after="60"/>
        <w:jc w:val="center"/>
        <w:rPr>
          <w:b/>
          <w:i/>
          <w:sz w:val="26"/>
        </w:rPr>
      </w:pPr>
    </w:p>
    <w:p w:rsidR="00DE02FA" w:rsidRDefault="00DA3EBA" w:rsidP="008858D5">
      <w:pPr>
        <w:spacing w:after="0" w:line="360" w:lineRule="auto"/>
        <w:jc w:val="center"/>
      </w:pPr>
      <w:r>
        <w:rPr>
          <w:b/>
          <w:i/>
          <w:sz w:val="26"/>
        </w:rPr>
        <w:t>I am so happy and grateful now that...</w:t>
      </w:r>
    </w:p>
    <w:p w:rsidR="00DE02FA" w:rsidRDefault="00DA3EBA" w:rsidP="008858D5">
      <w:pPr>
        <w:spacing w:after="0" w:line="360" w:lineRule="auto"/>
        <w:jc w:val="center"/>
      </w:pPr>
      <w:r>
        <w:rPr>
          <w:i/>
        </w:rPr>
        <w:t>I am speak</w:t>
      </w:r>
      <w:bookmarkStart w:id="0" w:name="_GoBack"/>
      <w:r>
        <w:rPr>
          <w:i/>
        </w:rPr>
        <w:t>i</w:t>
      </w:r>
      <w:bookmarkEnd w:id="0"/>
      <w:r>
        <w:rPr>
          <w:i/>
        </w:rPr>
        <w:t xml:space="preserve">ng English </w:t>
      </w:r>
      <w:r>
        <w:rPr>
          <w:b/>
          <w:i/>
        </w:rPr>
        <w:t>fluently</w:t>
      </w:r>
      <w:r>
        <w:rPr>
          <w:sz w:val="19"/>
        </w:rPr>
        <w:t xml:space="preserve">   FLOO · uhnt · lee</w:t>
      </w:r>
    </w:p>
    <w:p w:rsidR="00DE02FA" w:rsidRDefault="00DA3EBA" w:rsidP="008858D5">
      <w:pPr>
        <w:spacing w:after="0" w:line="360" w:lineRule="auto"/>
        <w:jc w:val="center"/>
      </w:pPr>
      <w:r>
        <w:rPr>
          <w:i/>
        </w:rPr>
        <w:t xml:space="preserve">I am speaking English </w:t>
      </w:r>
      <w:r>
        <w:rPr>
          <w:b/>
          <w:i/>
        </w:rPr>
        <w:t>accurately</w:t>
      </w:r>
      <w:r>
        <w:rPr>
          <w:sz w:val="19"/>
        </w:rPr>
        <w:t xml:space="preserve">   AK · yer · ut · lee</w:t>
      </w:r>
    </w:p>
    <w:p w:rsidR="00DE02FA" w:rsidRDefault="00DA3EBA" w:rsidP="008858D5">
      <w:pPr>
        <w:spacing w:after="0" w:line="360" w:lineRule="auto"/>
        <w:jc w:val="center"/>
      </w:pPr>
      <w:r>
        <w:rPr>
          <w:i/>
        </w:rPr>
        <w:t xml:space="preserve">I am speaking English </w:t>
      </w:r>
      <w:r>
        <w:rPr>
          <w:b/>
          <w:i/>
        </w:rPr>
        <w:t>confidently</w:t>
      </w:r>
      <w:r>
        <w:rPr>
          <w:sz w:val="19"/>
        </w:rPr>
        <w:t xml:space="preserve">   KON · fuh · dunt · lee</w:t>
      </w:r>
    </w:p>
    <w:p w:rsidR="00DE02FA" w:rsidRDefault="00DA3EBA" w:rsidP="008858D5">
      <w:pPr>
        <w:spacing w:after="0" w:line="360" w:lineRule="auto"/>
        <w:jc w:val="center"/>
        <w:rPr>
          <w:sz w:val="19"/>
        </w:rPr>
      </w:pPr>
      <w:r>
        <w:rPr>
          <w:i/>
        </w:rPr>
        <w:t xml:space="preserve">I am speaking English </w:t>
      </w:r>
      <w:r>
        <w:rPr>
          <w:b/>
          <w:i/>
        </w:rPr>
        <w:t>easily</w:t>
      </w:r>
      <w:r>
        <w:rPr>
          <w:sz w:val="19"/>
        </w:rPr>
        <w:t xml:space="preserve">   EE · </w:t>
      </w:r>
      <w:proofErr w:type="spellStart"/>
      <w:r>
        <w:rPr>
          <w:sz w:val="19"/>
        </w:rPr>
        <w:t>zuh</w:t>
      </w:r>
      <w:proofErr w:type="spellEnd"/>
      <w:r>
        <w:rPr>
          <w:sz w:val="19"/>
        </w:rPr>
        <w:t xml:space="preserve"> · lee</w:t>
      </w:r>
    </w:p>
    <w:p w:rsidR="008858D5" w:rsidRDefault="008858D5" w:rsidP="008858D5">
      <w:pPr>
        <w:spacing w:after="0" w:line="360" w:lineRule="auto"/>
        <w:jc w:val="center"/>
        <w:rPr>
          <w:sz w:val="19"/>
        </w:rPr>
      </w:pPr>
    </w:p>
    <w:p w:rsidR="00DE02FA" w:rsidRDefault="00DA3EBA">
      <w:pPr>
        <w:spacing w:before="80" w:after="0"/>
      </w:pPr>
      <w:r>
        <w:rPr>
          <w:b/>
          <w:sz w:val="24"/>
        </w:rPr>
        <w:t>Imagine...</w:t>
      </w:r>
    </w:p>
    <w:p w:rsidR="00DE02FA" w:rsidRDefault="00DA3EBA">
      <w:pPr>
        <w:spacing w:after="0"/>
        <w:ind w:left="648" w:hanging="173"/>
      </w:pPr>
      <w:r>
        <w:rPr>
          <w:b/>
        </w:rPr>
        <w:t xml:space="preserve">• </w:t>
      </w:r>
      <w:r>
        <w:t>Where are you?</w:t>
      </w:r>
    </w:p>
    <w:p w:rsidR="00DE02FA" w:rsidRDefault="00DA3EBA">
      <w:pPr>
        <w:spacing w:after="0"/>
        <w:ind w:left="648" w:hanging="173"/>
      </w:pPr>
      <w:r>
        <w:rPr>
          <w:b/>
        </w:rPr>
        <w:t xml:space="preserve">• </w:t>
      </w:r>
      <w:r>
        <w:t>Who are you speaking with?</w:t>
      </w:r>
    </w:p>
    <w:p w:rsidR="00DE02FA" w:rsidRDefault="00DA3EBA">
      <w:pPr>
        <w:spacing w:after="0"/>
        <w:ind w:left="648" w:hanging="173"/>
      </w:pPr>
      <w:r>
        <w:rPr>
          <w:b/>
        </w:rPr>
        <w:t xml:space="preserve">• </w:t>
      </w:r>
      <w:r>
        <w:t>What are you talking about?</w:t>
      </w:r>
    </w:p>
    <w:p w:rsidR="00DE02FA" w:rsidRDefault="00DA3EBA">
      <w:pPr>
        <w:spacing w:after="0"/>
        <w:ind w:left="648" w:hanging="173"/>
      </w:pPr>
      <w:r>
        <w:rPr>
          <w:b/>
        </w:rPr>
        <w:t xml:space="preserve">• </w:t>
      </w:r>
      <w:r>
        <w:t>How do you feel?</w:t>
      </w:r>
    </w:p>
    <w:p w:rsidR="008858D5" w:rsidRDefault="008858D5">
      <w:pPr>
        <w:spacing w:after="0"/>
        <w:ind w:left="648" w:hanging="173"/>
      </w:pPr>
    </w:p>
    <w:p w:rsidR="00DE02FA" w:rsidRDefault="00DA3EBA">
      <w:pPr>
        <w:spacing w:before="60" w:after="0"/>
      </w:pPr>
      <w:r>
        <w:rPr>
          <w:b/>
          <w:sz w:val="24"/>
        </w:rPr>
        <w:t>How to use this practice</w:t>
      </w:r>
    </w:p>
    <w:p w:rsidR="00DE02FA" w:rsidRDefault="00DA3EBA">
      <w:pPr>
        <w:spacing w:after="0"/>
        <w:ind w:left="648" w:hanging="173"/>
      </w:pPr>
      <w:r>
        <w:rPr>
          <w:b/>
        </w:rPr>
        <w:t xml:space="preserve">• </w:t>
      </w:r>
      <w:r>
        <w:t xml:space="preserve">Start with: </w:t>
      </w:r>
      <w:r w:rsidRPr="008858D5">
        <w:rPr>
          <w:i/>
          <w:iCs/>
        </w:rPr>
        <w:t>I am speaking English easily</w:t>
      </w:r>
      <w:r w:rsidRPr="008858D5">
        <w:rPr>
          <w:i/>
          <w:iCs/>
        </w:rPr>
        <w:t>.</w:t>
      </w:r>
    </w:p>
    <w:p w:rsidR="00DE02FA" w:rsidRDefault="00DA3EBA">
      <w:pPr>
        <w:spacing w:after="0"/>
        <w:ind w:left="648" w:hanging="173"/>
      </w:pPr>
      <w:r>
        <w:rPr>
          <w:b/>
        </w:rPr>
        <w:t xml:space="preserve">• </w:t>
      </w:r>
      <w:r>
        <w:t>When that feels natural, add confidently, accurately, and finally fluently.</w:t>
      </w:r>
    </w:p>
    <w:p w:rsidR="00DE02FA" w:rsidRDefault="00DA3EBA">
      <w:pPr>
        <w:spacing w:after="0"/>
        <w:ind w:left="648" w:hanging="173"/>
      </w:pPr>
      <w:r>
        <w:rPr>
          <w:b/>
        </w:rPr>
        <w:t xml:space="preserve">• </w:t>
      </w:r>
      <w:r w:rsidRPr="008858D5">
        <w:rPr>
          <w:b/>
          <w:bCs/>
        </w:rPr>
        <w:t>Write</w:t>
      </w:r>
      <w:r>
        <w:t xml:space="preserve"> your chosen sentence or sentences by hand every day.</w:t>
      </w:r>
    </w:p>
    <w:p w:rsidR="00DE02FA" w:rsidRDefault="00DA3EBA">
      <w:pPr>
        <w:spacing w:after="0"/>
        <w:ind w:left="648" w:hanging="173"/>
      </w:pPr>
      <w:r>
        <w:rPr>
          <w:b/>
        </w:rPr>
        <w:t xml:space="preserve">• </w:t>
      </w:r>
      <w:r>
        <w:t xml:space="preserve">As you </w:t>
      </w:r>
      <w:r w:rsidRPr="008858D5">
        <w:rPr>
          <w:b/>
          <w:bCs/>
        </w:rPr>
        <w:t>write</w:t>
      </w:r>
      <w:r>
        <w:t xml:space="preserve">, say each sentence </w:t>
      </w:r>
      <w:r w:rsidRPr="008858D5">
        <w:rPr>
          <w:b/>
          <w:bCs/>
        </w:rPr>
        <w:t>out loud</w:t>
      </w:r>
      <w:r>
        <w:t>.</w:t>
      </w:r>
    </w:p>
    <w:p w:rsidR="00DE02FA" w:rsidRDefault="00DA3EBA">
      <w:pPr>
        <w:spacing w:after="0"/>
        <w:ind w:left="648" w:hanging="173"/>
      </w:pPr>
      <w:r>
        <w:rPr>
          <w:b/>
        </w:rPr>
        <w:t xml:space="preserve">• </w:t>
      </w:r>
      <w:r w:rsidRPr="008858D5">
        <w:rPr>
          <w:b/>
          <w:bCs/>
        </w:rPr>
        <w:t>Repeat</w:t>
      </w:r>
      <w:r>
        <w:t xml:space="preserve"> each sentence </w:t>
      </w:r>
      <w:r w:rsidRPr="008858D5">
        <w:rPr>
          <w:b/>
          <w:bCs/>
        </w:rPr>
        <w:t>three</w:t>
      </w:r>
      <w:r>
        <w:t xml:space="preserve"> times.</w:t>
      </w:r>
    </w:p>
    <w:p w:rsidR="00DE02FA" w:rsidRDefault="00DA3EBA">
      <w:pPr>
        <w:spacing w:after="0"/>
        <w:ind w:left="648" w:hanging="173"/>
      </w:pPr>
      <w:r>
        <w:rPr>
          <w:b/>
        </w:rPr>
        <w:t xml:space="preserve">• </w:t>
      </w:r>
      <w:r>
        <w:t xml:space="preserve">Throughout the day, </w:t>
      </w:r>
      <w:r w:rsidRPr="008858D5">
        <w:rPr>
          <w:b/>
          <w:bCs/>
        </w:rPr>
        <w:t>repeat</w:t>
      </w:r>
      <w:r>
        <w:t xml:space="preserve"> your </w:t>
      </w:r>
      <w:r>
        <w:t xml:space="preserve">chosen sentence as </w:t>
      </w:r>
      <w:proofErr w:type="gramStart"/>
      <w:r>
        <w:t>an autosuggestion</w:t>
      </w:r>
      <w:proofErr w:type="gramEnd"/>
      <w:r>
        <w:t>.</w:t>
      </w:r>
    </w:p>
    <w:p w:rsidR="008858D5" w:rsidRDefault="008858D5">
      <w:pPr>
        <w:tabs>
          <w:tab w:val="left" w:pos="5616"/>
        </w:tabs>
        <w:spacing w:before="100" w:after="0"/>
      </w:pPr>
    </w:p>
    <w:p w:rsidR="008858D5" w:rsidRDefault="008858D5">
      <w:pPr>
        <w:tabs>
          <w:tab w:val="left" w:pos="5616"/>
        </w:tabs>
        <w:spacing w:before="100" w:after="0"/>
      </w:pPr>
    </w:p>
    <w:p w:rsidR="00DE02FA" w:rsidRDefault="00DA3EBA">
      <w:pPr>
        <w:tabs>
          <w:tab w:val="left" w:pos="5616"/>
        </w:tabs>
        <w:spacing w:before="100" w:after="0"/>
      </w:pPr>
      <w:r>
        <w:t>Commitment Date: ____________________</w:t>
      </w:r>
      <w:r>
        <w:tab/>
        <w:t>Signature: ____________________</w:t>
      </w:r>
    </w:p>
    <w:sectPr w:rsidR="00DE02FA" w:rsidSect="00034616">
      <w:footerReference w:type="default" r:id="rId9"/>
      <w:pgSz w:w="12240" w:h="15840"/>
      <w:pgMar w:top="504" w:right="936" w:bottom="576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EBA" w:rsidRDefault="00DA3EBA">
      <w:pPr>
        <w:spacing w:after="0" w:line="240" w:lineRule="auto"/>
      </w:pPr>
      <w:r>
        <w:separator/>
      </w:r>
    </w:p>
  </w:endnote>
  <w:endnote w:type="continuationSeparator" w:id="0">
    <w:p w:rsidR="00DA3EBA" w:rsidRDefault="00DA3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2FA" w:rsidRDefault="00DA3EBA">
    <w:pPr>
      <w:pStyle w:val="Footer"/>
      <w:jc w:val="center"/>
    </w:pPr>
    <w:r>
      <w:rPr>
        <w:b/>
        <w:sz w:val="18"/>
      </w:rPr>
      <w:t>Thinkscaping</w:t>
    </w:r>
    <w:r>
      <w:rPr>
        <w:i/>
        <w:sz w:val="18"/>
      </w:rPr>
      <w:t xml:space="preserve">  |  Imagine. Practice. Become.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EBA" w:rsidRDefault="00DA3EBA">
      <w:pPr>
        <w:spacing w:after="0" w:line="240" w:lineRule="auto"/>
      </w:pPr>
      <w:r>
        <w:separator/>
      </w:r>
    </w:p>
  </w:footnote>
  <w:footnote w:type="continuationSeparator" w:id="0">
    <w:p w:rsidR="00DA3EBA" w:rsidRDefault="00DA3E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1423"/>
    <w:rsid w:val="008858D5"/>
    <w:rsid w:val="00AA1D8D"/>
    <w:rsid w:val="00B47730"/>
    <w:rsid w:val="00B72BF3"/>
    <w:rsid w:val="00CB0664"/>
    <w:rsid w:val="00DA3EBA"/>
    <w:rsid w:val="00DE02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E2E4E1-FFF5-4E59-8C3F-6C42AD808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Adam Edward</cp:lastModifiedBy>
  <cp:revision>4</cp:revision>
  <dcterms:created xsi:type="dcterms:W3CDTF">2026-07-12T11:38:00Z</dcterms:created>
  <dcterms:modified xsi:type="dcterms:W3CDTF">2026-07-12T11:51:00Z</dcterms:modified>
</cp:coreProperties>
</file>